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61FC9" w14:textId="77777777" w:rsidR="00E212EF" w:rsidRDefault="00E212EF" w:rsidP="00E212EF">
      <w:pPr>
        <w:spacing w:after="360" w:line="240" w:lineRule="auto"/>
        <w:contextualSpacing/>
        <w:jc w:val="right"/>
        <w:rPr>
          <w:rFonts w:ascii="Times New Roman" w:hAnsi="Times New Roman" w:cs="Times New Roman"/>
          <w:iCs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iCs/>
          <w:sz w:val="20"/>
          <w:szCs w:val="20"/>
          <w:lang w:val="ru-RU"/>
        </w:rPr>
        <w:t>Генеральному директору</w:t>
      </w:r>
      <w:r w:rsidRPr="00E212EF">
        <w:rPr>
          <w:rFonts w:ascii="Times New Roman" w:hAnsi="Times New Roman" w:cs="Times New Roman"/>
          <w:iCs/>
          <w:sz w:val="20"/>
          <w:szCs w:val="20"/>
          <w:lang w:val="ru-RU"/>
        </w:rPr>
        <w:br/>
        <w:t>АО «Санаторий «</w:t>
      </w:r>
      <w:proofErr w:type="spellStart"/>
      <w:r w:rsidRPr="00E212EF">
        <w:rPr>
          <w:rFonts w:ascii="Times New Roman" w:hAnsi="Times New Roman" w:cs="Times New Roman"/>
          <w:iCs/>
          <w:sz w:val="20"/>
          <w:szCs w:val="20"/>
          <w:lang w:val="ru-RU"/>
        </w:rPr>
        <w:t>Ерино</w:t>
      </w:r>
      <w:proofErr w:type="spellEnd"/>
      <w:r w:rsidRPr="00E212EF">
        <w:rPr>
          <w:rFonts w:ascii="Times New Roman" w:hAnsi="Times New Roman" w:cs="Times New Roman"/>
          <w:iCs/>
          <w:sz w:val="20"/>
          <w:szCs w:val="20"/>
          <w:lang w:val="ru-RU"/>
        </w:rPr>
        <w:t>»</w:t>
      </w:r>
    </w:p>
    <w:p w14:paraId="21B4F3DA" w14:textId="096C5FFA" w:rsidR="00E212EF" w:rsidRDefault="00E212EF" w:rsidP="00E212EF">
      <w:pPr>
        <w:spacing w:after="360" w:line="240" w:lineRule="auto"/>
        <w:contextualSpacing/>
        <w:jc w:val="right"/>
        <w:rPr>
          <w:rFonts w:ascii="Times New Roman" w:hAnsi="Times New Roman" w:cs="Times New Roman"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Cs/>
          <w:sz w:val="20"/>
          <w:szCs w:val="20"/>
          <w:lang w:val="ru-RU"/>
        </w:rPr>
        <w:t>Курочкину А.А.</w:t>
      </w:r>
    </w:p>
    <w:p w14:paraId="1DAAAF19" w14:textId="77777777" w:rsidR="00E212EF" w:rsidRPr="00E212EF" w:rsidRDefault="00E212EF" w:rsidP="00E212EF">
      <w:pPr>
        <w:spacing w:after="360" w:line="240" w:lineRule="auto"/>
        <w:contextualSpacing/>
        <w:jc w:val="right"/>
        <w:rPr>
          <w:rFonts w:ascii="Times New Roman" w:hAnsi="Times New Roman" w:cs="Times New Roman"/>
          <w:iCs/>
          <w:sz w:val="20"/>
          <w:szCs w:val="20"/>
          <w:lang w:val="ru-RU"/>
        </w:rPr>
      </w:pPr>
    </w:p>
    <w:p w14:paraId="02DEFA85" w14:textId="77777777" w:rsidR="008A7A77" w:rsidRPr="00E212EF" w:rsidRDefault="00E212EF" w:rsidP="00E212EF">
      <w:pPr>
        <w:spacing w:after="240" w:line="240" w:lineRule="auto"/>
        <w:jc w:val="center"/>
        <w:rPr>
          <w:rFonts w:ascii="Times New Roman" w:hAnsi="Times New Roman" w:cs="Times New Roman"/>
          <w:sz w:val="22"/>
          <w:lang w:val="ru-RU"/>
        </w:rPr>
      </w:pPr>
      <w:r w:rsidRPr="00E212EF">
        <w:rPr>
          <w:rFonts w:ascii="Times New Roman" w:hAnsi="Times New Roman" w:cs="Times New Roman"/>
          <w:b/>
          <w:sz w:val="22"/>
          <w:lang w:val="ru-RU"/>
        </w:rPr>
        <w:t>Заявление</w:t>
      </w:r>
      <w:r w:rsidRPr="00E212EF">
        <w:rPr>
          <w:rFonts w:ascii="Times New Roman" w:hAnsi="Times New Roman" w:cs="Times New Roman"/>
          <w:b/>
          <w:sz w:val="22"/>
          <w:lang w:val="ru-RU"/>
        </w:rPr>
        <w:br/>
        <w:t>на выдачу справки для получения налогового вычета в АО «Санаторий «</w:t>
      </w:r>
      <w:proofErr w:type="spellStart"/>
      <w:r w:rsidRPr="00E212EF">
        <w:rPr>
          <w:rFonts w:ascii="Times New Roman" w:hAnsi="Times New Roman" w:cs="Times New Roman"/>
          <w:b/>
          <w:sz w:val="22"/>
          <w:lang w:val="ru-RU"/>
        </w:rPr>
        <w:t>Ерино</w:t>
      </w:r>
      <w:proofErr w:type="spellEnd"/>
      <w:r w:rsidRPr="00E212EF">
        <w:rPr>
          <w:rFonts w:ascii="Times New Roman" w:hAnsi="Times New Roman" w:cs="Times New Roman"/>
          <w:b/>
          <w:sz w:val="22"/>
          <w:lang w:val="ru-RU"/>
        </w:rPr>
        <w:t>»</w:t>
      </w:r>
    </w:p>
    <w:p w14:paraId="3F3D7272" w14:textId="77777777" w:rsidR="008A7A77" w:rsidRPr="00E212EF" w:rsidRDefault="00E212EF" w:rsidP="00E212EF">
      <w:pPr>
        <w:spacing w:after="24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Прошу Вас предоставить справку об оплате медицинских услуг для представления в налоговые органы Российской Федерации за оказанные услуги в АО «Санаторий «</w:t>
      </w:r>
      <w:proofErr w:type="spellStart"/>
      <w:r w:rsidRPr="00E212EF">
        <w:rPr>
          <w:rFonts w:ascii="Times New Roman" w:hAnsi="Times New Roman" w:cs="Times New Roman"/>
          <w:sz w:val="20"/>
          <w:szCs w:val="20"/>
          <w:lang w:val="ru-RU"/>
        </w:rPr>
        <w:t>Ерино</w:t>
      </w:r>
      <w:proofErr w:type="spellEnd"/>
      <w:r w:rsidRPr="00E212EF">
        <w:rPr>
          <w:rFonts w:ascii="Times New Roman" w:hAnsi="Times New Roman" w:cs="Times New Roman"/>
          <w:sz w:val="20"/>
          <w:szCs w:val="20"/>
          <w:lang w:val="ru-RU"/>
        </w:rPr>
        <w:t>».</w:t>
      </w:r>
    </w:p>
    <w:p w14:paraId="335C46C0" w14:textId="77777777" w:rsidR="008A7A77" w:rsidRPr="00E212EF" w:rsidRDefault="00E212EF" w:rsidP="00E212EF">
      <w:pPr>
        <w:spacing w:before="160" w:after="8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b/>
          <w:sz w:val="20"/>
          <w:szCs w:val="20"/>
          <w:lang w:val="ru-RU"/>
        </w:rPr>
        <w:t>СВЕДЕНИЯ О ПАЦИЕНТЕ:</w:t>
      </w:r>
    </w:p>
    <w:p w14:paraId="7612FB3B" w14:textId="77777777" w:rsidR="008A7A77" w:rsidRPr="00E212EF" w:rsidRDefault="00E212EF" w:rsidP="00E212EF">
      <w:pPr>
        <w:spacing w:after="8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ФИО пациента: __________________________________________________________________________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Дата рождения: 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Паспорт / Свидетельство о рождении: Серия _______ № 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Дата выдачи: ____________________ Кем выдан: ________________________________________</w:t>
      </w:r>
    </w:p>
    <w:p w14:paraId="513CEB36" w14:textId="77777777" w:rsidR="008A7A77" w:rsidRPr="00E212EF" w:rsidRDefault="00E212EF" w:rsidP="00E212EF">
      <w:pPr>
        <w:spacing w:before="160" w:after="8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b/>
          <w:sz w:val="20"/>
          <w:szCs w:val="20"/>
          <w:lang w:val="ru-RU"/>
        </w:rPr>
        <w:t>СВЕДЕНИЯ О НАЛОГОПЛАТЕЛЬЩИКЕ (кто оплачивал услуги):</w:t>
      </w:r>
    </w:p>
    <w:p w14:paraId="29185C4C" w14:textId="4F7881CD" w:rsidR="008A7A77" w:rsidRPr="00E212EF" w:rsidRDefault="00E212EF" w:rsidP="00E212EF">
      <w:pPr>
        <w:spacing w:after="16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ФИО налогоплательщика: ________________________________________________________________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Дата рождения: 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Паспорт: Серия _______ № ____________________ Дата выдачи: 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Кем выдан: ____________________________________________________________________________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ИНН налогоплательщика (</w:t>
      </w:r>
      <w:r w:rsidR="00763E3A">
        <w:rPr>
          <w:rFonts w:ascii="Times New Roman" w:hAnsi="Times New Roman" w:cs="Times New Roman"/>
          <w:sz w:val="20"/>
          <w:szCs w:val="20"/>
          <w:lang w:val="ru-RU"/>
        </w:rPr>
        <w:t>при наличии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t>): 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Отчетный период (календарный год): _____________________________________________________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 xml:space="preserve">Телефон: ____________________________________ </w:t>
      </w:r>
      <w:r w:rsidRPr="00E212EF">
        <w:rPr>
          <w:rFonts w:ascii="Times New Roman" w:hAnsi="Times New Roman" w:cs="Times New Roman"/>
          <w:sz w:val="20"/>
          <w:szCs w:val="20"/>
        </w:rPr>
        <w:t>E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E212EF">
        <w:rPr>
          <w:rFonts w:ascii="Times New Roman" w:hAnsi="Times New Roman" w:cs="Times New Roman"/>
          <w:sz w:val="20"/>
          <w:szCs w:val="20"/>
        </w:rPr>
        <w:t>mail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t>: ________________________________</w:t>
      </w:r>
    </w:p>
    <w:p w14:paraId="269995BE" w14:textId="5A1E38A9" w:rsidR="008A7A77" w:rsidRPr="00E212EF" w:rsidRDefault="00E212EF" w:rsidP="00E212EF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Способ получения справки (выберите один вариант):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[  ] Лично на ресепшен ЛДЦ АО «Санаторий «</w:t>
      </w:r>
      <w:proofErr w:type="spellStart"/>
      <w:r w:rsidRPr="00E212EF">
        <w:rPr>
          <w:rFonts w:ascii="Times New Roman" w:hAnsi="Times New Roman" w:cs="Times New Roman"/>
          <w:sz w:val="20"/>
          <w:szCs w:val="20"/>
          <w:lang w:val="ru-RU"/>
        </w:rPr>
        <w:t>Ерино</w:t>
      </w:r>
      <w:proofErr w:type="spellEnd"/>
      <w:r w:rsidRPr="00E212EF">
        <w:rPr>
          <w:rFonts w:ascii="Times New Roman" w:hAnsi="Times New Roman" w:cs="Times New Roman"/>
          <w:sz w:val="20"/>
          <w:szCs w:val="20"/>
          <w:lang w:val="ru-RU"/>
        </w:rPr>
        <w:t>» (при предъявлении паспорта).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>[  ] Скан-копия на указанную выше электронную почту (</w:t>
      </w:r>
      <w:r w:rsidRPr="00E212EF">
        <w:rPr>
          <w:rFonts w:ascii="Times New Roman" w:hAnsi="Times New Roman" w:cs="Times New Roman"/>
          <w:sz w:val="20"/>
          <w:szCs w:val="20"/>
        </w:rPr>
        <w:t>e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E212EF">
        <w:rPr>
          <w:rFonts w:ascii="Times New Roman" w:hAnsi="Times New Roman" w:cs="Times New Roman"/>
          <w:sz w:val="20"/>
          <w:szCs w:val="20"/>
        </w:rPr>
        <w:t>mail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t>).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8A7A77" w:rsidRPr="00907F71" w14:paraId="4DF1FDAB" w14:textId="77777777">
        <w:trPr>
          <w:jc w:val="center"/>
        </w:trPr>
        <w:tc>
          <w:tcPr>
            <w:tcW w:w="100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</w:tcPr>
          <w:p w14:paraId="6D127476" w14:textId="4115A6EC" w:rsidR="008A7A77" w:rsidRPr="00E212EF" w:rsidRDefault="00E212EF" w:rsidP="00E212EF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E212EF">
              <w:rPr>
                <w:rFonts w:ascii="Times New Roman" w:hAnsi="Times New Roman" w:cs="Times New Roman"/>
                <w:b/>
                <w:sz w:val="19"/>
                <w:lang w:val="ru-RU"/>
              </w:rPr>
              <w:t>ОЗНАКОМЛЕНИЕ И СОГЛАСИЕ С УСЛУГАМИ И УСЛОВИЯМИ РАСЧЕТА СУММЫ ВЫЧЕТА:</w:t>
            </w:r>
          </w:p>
          <w:p w14:paraId="7A9DB5B0" w14:textId="77777777" w:rsidR="00102761" w:rsidRPr="00102761" w:rsidRDefault="00102761" w:rsidP="00102761">
            <w:pPr>
              <w:spacing w:after="40" w:line="264" w:lineRule="auto"/>
              <w:rPr>
                <w:rFonts w:ascii="Times New Roman" w:hAnsi="Times New Roman" w:cs="Times New Roman"/>
                <w:sz w:val="19"/>
                <w:lang w:val="ru-RU"/>
              </w:rPr>
            </w:pPr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Подписывая настоящее заявление, я подтверждаю, что ознакомлен и согласен со следующими условиями:</w:t>
            </w:r>
          </w:p>
          <w:p w14:paraId="0F50275D" w14:textId="77777777" w:rsidR="00102761" w:rsidRPr="00102761" w:rsidRDefault="00102761" w:rsidP="00102761">
            <w:pPr>
              <w:spacing w:after="40" w:line="264" w:lineRule="auto"/>
              <w:rPr>
                <w:rFonts w:ascii="Times New Roman" w:hAnsi="Times New Roman" w:cs="Times New Roman"/>
                <w:sz w:val="19"/>
                <w:lang w:val="ru-RU"/>
              </w:rPr>
            </w:pPr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1. В соответствии с Правилами АО «Санаторий «</w:t>
            </w:r>
            <w:proofErr w:type="spellStart"/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Ерино</w:t>
            </w:r>
            <w:proofErr w:type="spellEnd"/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» (п. 5.2., 5.4.), санаторно-курортные и оздоровительные услуги предоставляются в рамках единых комплексных программ (путевок) без разбивки стоимости на отдельные процедуры. Вычет предоставляется на самого налогоплательщика, его супруга, родителей или детей в возрасте до 18 лет (до 24 лет - для детей, обучающихся по очной форме).</w:t>
            </w:r>
          </w:p>
          <w:p w14:paraId="1102C92B" w14:textId="77777777" w:rsidR="00102761" w:rsidRPr="00102761" w:rsidRDefault="00102761" w:rsidP="00102761">
            <w:pPr>
              <w:spacing w:after="40" w:line="264" w:lineRule="auto"/>
              <w:rPr>
                <w:rFonts w:ascii="Times New Roman" w:hAnsi="Times New Roman" w:cs="Times New Roman"/>
                <w:sz w:val="19"/>
                <w:lang w:val="ru-RU"/>
              </w:rPr>
            </w:pPr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2. Согласно налоговому законодательству РФ, в справку включается исключительно стоимость медицинской составляющей путевки согласно внутренней калькуляции Санатория. Стоимость проживания, питания и досуга вычету не подлежит. Сумма в справке будет отличаться от полной стоимости приобретенной путевки.</w:t>
            </w:r>
          </w:p>
          <w:p w14:paraId="32EC3ACF" w14:textId="77777777" w:rsidR="00102761" w:rsidRPr="00102761" w:rsidRDefault="00102761" w:rsidP="00102761">
            <w:pPr>
              <w:spacing w:after="40" w:line="264" w:lineRule="auto"/>
              <w:rPr>
                <w:rFonts w:ascii="Times New Roman" w:hAnsi="Times New Roman" w:cs="Times New Roman"/>
                <w:sz w:val="19"/>
                <w:lang w:val="ru-RU"/>
              </w:rPr>
            </w:pPr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3. Предоставление справки и указанная в ней сумма калькуляции медицинских услуг не являются основанием для перерасчета или возврата стоимости услуг по путевке. Согласно п. 5.15. Правил АО «Санаторий «</w:t>
            </w:r>
            <w:proofErr w:type="spellStart"/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Ерино</w:t>
            </w:r>
            <w:proofErr w:type="spellEnd"/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», перерасчет неиспользованного лечения по инициативе Гостя не производится (за исключением вины Санатория или выявления скрытых противопоказаний, препятствующих лечению).</w:t>
            </w:r>
          </w:p>
          <w:p w14:paraId="3AA82DDD" w14:textId="54707FB0" w:rsidR="00102761" w:rsidRDefault="00102761" w:rsidP="00102761">
            <w:pPr>
              <w:spacing w:after="40" w:line="264" w:lineRule="auto"/>
              <w:rPr>
                <w:rFonts w:ascii="Times New Roman" w:hAnsi="Times New Roman" w:cs="Times New Roman"/>
                <w:sz w:val="19"/>
                <w:lang w:val="ru-RU"/>
              </w:rPr>
            </w:pPr>
            <w:r w:rsidRPr="00102761">
              <w:rPr>
                <w:rFonts w:ascii="Times New Roman" w:hAnsi="Times New Roman" w:cs="Times New Roman"/>
                <w:sz w:val="19"/>
                <w:lang w:val="ru-RU"/>
              </w:rPr>
              <w:t>4. Срок изготовления справки до 30 календарных дней со дня подачи настоящего заявления. |</w:t>
            </w:r>
          </w:p>
          <w:p w14:paraId="780AB5EB" w14:textId="4FA9A83E" w:rsidR="00102761" w:rsidRPr="00E212EF" w:rsidRDefault="00102761" w:rsidP="00E212EF">
            <w:pPr>
              <w:spacing w:after="40" w:line="264" w:lineRule="auto"/>
              <w:rPr>
                <w:lang w:val="ru-RU"/>
              </w:rPr>
            </w:pPr>
          </w:p>
        </w:tc>
      </w:tr>
    </w:tbl>
    <w:p w14:paraId="579D685B" w14:textId="77777777" w:rsidR="008A7A77" w:rsidRPr="00E212EF" w:rsidRDefault="00E212EF">
      <w:pPr>
        <w:spacing w:before="360" w:after="360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«_____» _________________ 20___ г.               _____________________          ___________________________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 xml:space="preserve">             Дата составления                                               Подпись                              Ф.И.О. налогоплательщика</w:t>
      </w:r>
    </w:p>
    <w:p w14:paraId="79CEA626" w14:textId="77777777" w:rsidR="008A7A77" w:rsidRPr="00E212EF" w:rsidRDefault="00E212E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b/>
          <w:sz w:val="20"/>
          <w:szCs w:val="20"/>
          <w:lang w:val="ru-RU"/>
        </w:rPr>
        <w:t>Заявление зарегистрировано сотрудником АО «Санаторий «</w:t>
      </w:r>
      <w:proofErr w:type="spellStart"/>
      <w:r w:rsidRPr="00E212EF">
        <w:rPr>
          <w:rFonts w:ascii="Times New Roman" w:hAnsi="Times New Roman" w:cs="Times New Roman"/>
          <w:b/>
          <w:sz w:val="20"/>
          <w:szCs w:val="20"/>
          <w:lang w:val="ru-RU"/>
        </w:rPr>
        <w:t>Ерино</w:t>
      </w:r>
      <w:proofErr w:type="spellEnd"/>
      <w:r w:rsidRPr="00E212EF">
        <w:rPr>
          <w:rFonts w:ascii="Times New Roman" w:hAnsi="Times New Roman" w:cs="Times New Roman"/>
          <w:b/>
          <w:sz w:val="20"/>
          <w:szCs w:val="20"/>
          <w:lang w:val="ru-RU"/>
        </w:rPr>
        <w:t>»:</w:t>
      </w:r>
    </w:p>
    <w:p w14:paraId="07C8E902" w14:textId="0DCB2198" w:rsidR="008A7A77" w:rsidRPr="00E212EF" w:rsidRDefault="00E212EF">
      <w:pPr>
        <w:spacing w:before="240"/>
        <w:rPr>
          <w:rFonts w:ascii="Times New Roman" w:hAnsi="Times New Roman" w:cs="Times New Roman"/>
          <w:sz w:val="20"/>
          <w:szCs w:val="20"/>
          <w:lang w:val="ru-RU"/>
        </w:rPr>
      </w:pPr>
      <w:r w:rsidRPr="00E212EF">
        <w:rPr>
          <w:rFonts w:ascii="Times New Roman" w:hAnsi="Times New Roman" w:cs="Times New Roman"/>
          <w:sz w:val="20"/>
          <w:szCs w:val="20"/>
          <w:lang w:val="ru-RU"/>
        </w:rPr>
        <w:t>___________________________         ___________________________         «_____» _________________ 20___ г.</w:t>
      </w:r>
      <w:r w:rsidRPr="00E212EF">
        <w:rPr>
          <w:rFonts w:ascii="Times New Roman" w:hAnsi="Times New Roman" w:cs="Times New Roman"/>
          <w:sz w:val="20"/>
          <w:szCs w:val="20"/>
          <w:lang w:val="ru-RU"/>
        </w:rPr>
        <w:br/>
        <w:t xml:space="preserve">             Должность                                                 Подпись / Ф.И.О.                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>Дата получения</w:t>
      </w:r>
    </w:p>
    <w:sectPr w:rsidR="008A7A77" w:rsidRPr="00E212EF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761"/>
    <w:rsid w:val="0015074B"/>
    <w:rsid w:val="0029639D"/>
    <w:rsid w:val="00326F90"/>
    <w:rsid w:val="00763E3A"/>
    <w:rsid w:val="008A7A77"/>
    <w:rsid w:val="00907F71"/>
    <w:rsid w:val="00AA1D8D"/>
    <w:rsid w:val="00B47730"/>
    <w:rsid w:val="00CB0664"/>
    <w:rsid w:val="00E212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40C03"/>
  <w14:defaultImageDpi w14:val="300"/>
  <w15:docId w15:val="{DE0D1280-282E-4F75-9516-334FAF6E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763E3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763E3A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763E3A"/>
    <w:rPr>
      <w:rFonts w:ascii="Arial" w:hAnsi="Arial"/>
      <w:color w:val="000000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763E3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763E3A"/>
    <w:rPr>
      <w:rFonts w:ascii="Arial" w:hAnsi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Миронова Вера Михайловна</cp:lastModifiedBy>
  <cp:revision>5</cp:revision>
  <dcterms:created xsi:type="dcterms:W3CDTF">2026-10-07T15:42:00Z</dcterms:created>
  <dcterms:modified xsi:type="dcterms:W3CDTF">2026-10-08T09:55:00Z</dcterms:modified>
  <cp:category/>
</cp:coreProperties>
</file>